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ICTELE 2027 — TITLE PAGE</w:t>
      </w:r>
    </w:p>
    <w:p>
      <w:r>
        <w:rPr>
          <w:i/>
        </w:rPr>
        <w:t>Upload this file SEPARATELY from the anonymous full paper. It will only be accessible to the conference secretariat.</w:t>
      </w:r>
    </w:p>
    <w:p>
      <w:pPr>
        <w:pStyle w:val="Heading1"/>
      </w:pPr>
      <w:r>
        <w:t>Paper Details</w:t>
      </w:r>
    </w:p>
    <w:p>
      <w:r>
        <w:t>Full paper title: [Insert the exact title as used in the manuscript]</w:t>
      </w:r>
    </w:p>
    <w:p>
      <w:r>
        <w:t>Corresponding author email: [email]</w:t>
      </w:r>
    </w:p>
    <w:p>
      <w:pPr>
        <w:pStyle w:val="Heading1"/>
      </w:pPr>
      <w:r>
        <w:t>Author Information (in publication order)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Order</w:t>
            </w:r>
          </w:p>
        </w:tc>
        <w:tc>
          <w:tcPr>
            <w:tcW w:type="dxa" w:w="2351"/>
          </w:tcPr>
          <w:p>
            <w:r>
              <w:t>Full Name</w:t>
            </w:r>
          </w:p>
        </w:tc>
        <w:tc>
          <w:tcPr>
            <w:tcW w:type="dxa" w:w="2351"/>
          </w:tcPr>
          <w:p>
            <w:r>
              <w:t>Institution / Affiliation</w:t>
            </w:r>
          </w:p>
        </w:tc>
        <w:tc>
          <w:tcPr>
            <w:tcW w:type="dxa" w:w="2351"/>
          </w:tcPr>
          <w:p>
            <w:r>
              <w:t>Institution Country</w:t>
            </w:r>
          </w:p>
        </w:tc>
      </w:tr>
      <w:tr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[Full name]</w:t>
            </w:r>
          </w:p>
        </w:tc>
        <w:tc>
          <w:tcPr>
            <w:tcW w:type="dxa" w:w="2351"/>
          </w:tcPr>
          <w:p>
            <w:r>
              <w:t>[Full institution name]</w:t>
            </w:r>
          </w:p>
        </w:tc>
        <w:tc>
          <w:tcPr>
            <w:tcW w:type="dxa" w:w="2351"/>
          </w:tcPr>
          <w:p>
            <w:r>
              <w:t>[Country]</w:t>
            </w:r>
          </w:p>
        </w:tc>
      </w:tr>
      <w:tr>
        <w:tc>
          <w:tcPr>
            <w:tcW w:type="dxa" w:w="2351"/>
          </w:tcPr>
          <w:p>
            <w:r>
              <w:t>2</w:t>
            </w:r>
          </w:p>
        </w:tc>
        <w:tc>
          <w:tcPr>
            <w:tcW w:type="dxa" w:w="2351"/>
          </w:tcPr>
          <w:p>
            <w:r>
              <w:t>[Full name]</w:t>
            </w:r>
          </w:p>
        </w:tc>
        <w:tc>
          <w:tcPr>
            <w:tcW w:type="dxa" w:w="2351"/>
          </w:tcPr>
          <w:p>
            <w:r>
              <w:t>[Full institution name]</w:t>
            </w:r>
          </w:p>
        </w:tc>
        <w:tc>
          <w:tcPr>
            <w:tcW w:type="dxa" w:w="2351"/>
          </w:tcPr>
          <w:p>
            <w:r>
              <w:t>[Country]</w:t>
            </w:r>
          </w:p>
        </w:tc>
      </w:tr>
      <w:tr>
        <w:tc>
          <w:tcPr>
            <w:tcW w:type="dxa" w:w="2351"/>
          </w:tcPr>
          <w:p>
            <w:r>
              <w:t>3</w:t>
            </w:r>
          </w:p>
        </w:tc>
        <w:tc>
          <w:tcPr>
            <w:tcW w:type="dxa" w:w="2351"/>
          </w:tcPr>
          <w:p>
            <w:r>
              <w:t>[Full name]</w:t>
            </w:r>
          </w:p>
        </w:tc>
        <w:tc>
          <w:tcPr>
            <w:tcW w:type="dxa" w:w="2351"/>
          </w:tcPr>
          <w:p>
            <w:r>
              <w:t>[Full institution name]</w:t>
            </w:r>
          </w:p>
        </w:tc>
        <w:tc>
          <w:tcPr>
            <w:tcW w:type="dxa" w:w="2351"/>
          </w:tcPr>
          <w:p>
            <w:r>
              <w:t>[Country]</w:t>
            </w:r>
          </w:p>
        </w:tc>
      </w:tr>
      <w:tr>
        <w:tc>
          <w:tcPr>
            <w:tcW w:type="dxa" w:w="2351"/>
          </w:tcPr>
          <w:p>
            <w:r>
              <w:t>4</w:t>
            </w:r>
          </w:p>
        </w:tc>
        <w:tc>
          <w:tcPr>
            <w:tcW w:type="dxa" w:w="2351"/>
          </w:tcPr>
          <w:p>
            <w:r>
              <w:t>[Full name]</w:t>
            </w:r>
          </w:p>
        </w:tc>
        <w:tc>
          <w:tcPr>
            <w:tcW w:type="dxa" w:w="2351"/>
          </w:tcPr>
          <w:p>
            <w:r>
              <w:t>[Full institution name]</w:t>
            </w:r>
          </w:p>
        </w:tc>
        <w:tc>
          <w:tcPr>
            <w:tcW w:type="dxa" w:w="2351"/>
          </w:tcPr>
          <w:p>
            <w:r>
              <w:t>[Country]</w:t>
            </w:r>
          </w:p>
        </w:tc>
      </w:tr>
    </w:tbl>
    <w:p>
      <w:r>
        <w:t>Add or delete rows as needed. The first author must match the registered presenter, and all co-authors must match the registration data.</w:t>
      </w:r>
    </w:p>
    <w:p>
      <w:pPr>
        <w:pStyle w:val="Heading1"/>
      </w:pPr>
      <w:r>
        <w:t>Important for anonymous review</w:t>
      </w:r>
    </w:p>
    <w:p>
      <w:r>
        <w:t>Do not include this Title Page, author names, affiliations, identifying acknowledgements, or identifiable document properties inside the anonymous full-paper file.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